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931EE" w14:textId="6A39C43B" w:rsidR="001A4479" w:rsidRDefault="003B3749">
      <w:r>
        <w:rPr>
          <w:noProof/>
        </w:rPr>
        <w:drawing>
          <wp:inline distT="0" distB="0" distL="0" distR="0" wp14:anchorId="35A964D5" wp14:editId="3E8E0A9B">
            <wp:extent cx="7791450" cy="51943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newspaper_themed_graphic_features_the_title_of_a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51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4479" w:rsidSect="003B374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29930">
    <w:abstractNumId w:val="8"/>
  </w:num>
  <w:num w:numId="2" w16cid:durableId="569115674">
    <w:abstractNumId w:val="6"/>
  </w:num>
  <w:num w:numId="3" w16cid:durableId="1764107245">
    <w:abstractNumId w:val="5"/>
  </w:num>
  <w:num w:numId="4" w16cid:durableId="2106530683">
    <w:abstractNumId w:val="4"/>
  </w:num>
  <w:num w:numId="5" w16cid:durableId="1944921226">
    <w:abstractNumId w:val="7"/>
  </w:num>
  <w:num w:numId="6" w16cid:durableId="530073229">
    <w:abstractNumId w:val="3"/>
  </w:num>
  <w:num w:numId="7" w16cid:durableId="1749568940">
    <w:abstractNumId w:val="2"/>
  </w:num>
  <w:num w:numId="8" w16cid:durableId="1492256671">
    <w:abstractNumId w:val="1"/>
  </w:num>
  <w:num w:numId="9" w16cid:durableId="1239289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076B"/>
    <w:rsid w:val="001A4479"/>
    <w:rsid w:val="0029639D"/>
    <w:rsid w:val="00326F90"/>
    <w:rsid w:val="003B3749"/>
    <w:rsid w:val="008B7C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6B8F6"/>
  <w14:defaultImageDpi w14:val="300"/>
  <w15:docId w15:val="{8FAA4C03-8E4E-46F2-AB23-72CCB90B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Barry, Susan</cp:lastModifiedBy>
  <cp:revision>2</cp:revision>
  <dcterms:created xsi:type="dcterms:W3CDTF">2026-04-12T15:28:00Z</dcterms:created>
  <dcterms:modified xsi:type="dcterms:W3CDTF">2026-04-12T15:28:00Z</dcterms:modified>
  <cp:category/>
</cp:coreProperties>
</file>